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징계위원회 출석통지서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수신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(소속 :           , 직위 :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징계위원회 위원장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귀하에 대한 징계 심의를 위하여 아래와 같이 징계위원회를 개최하오니 출석하여 소명하여 주시기 바랍니다.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1. 일시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년 __월 __일 __시 __분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2. 장소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3. 징계 심의 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(※ 심의 대상 행위의 일시·내용을 구체적으로 기재하여 소명 준비가 가능하도록 함)</w:t>
      </w:r>
    </w:p>
    <w:p>
      <w:pPr>
        <w:spacing w:line="240" w:lineRule="auto" w:after="0"/>
      </w:pPr>
    </w:p>
    <w:p>
      <w:pPr>
        <w:spacing w:line="324" w:lineRule="auto" w:after="20"/>
      </w:pPr>
      <w:r>
        <w:t>4. 안내사항</w:t>
      </w:r>
    </w:p>
    <w:p>
      <w:pPr>
        <w:spacing w:line="324" w:lineRule="auto" w:after="20"/>
      </w:pPr>
      <w:r>
        <w:t xml:space="preserve">  가. 귀하는 위 일시에 출석하여 진술하거나, 서면으로 소명자료를 제출할 수 있습니다.</w:t>
      </w:r>
    </w:p>
    <w:p>
      <w:pPr>
        <w:spacing w:line="324" w:lineRule="auto" w:after="20"/>
      </w:pPr>
      <w:r>
        <w:t xml:space="preserve">  나. 정당한 사유 없이 출석하지 아니하는 경우 소명 의사가 없는 것으로 보고 심의를 진행할 수 있습니다.</w:t>
      </w:r>
    </w:p>
    <w:p>
      <w:pPr>
        <w:spacing w:line="324" w:lineRule="auto" w:after="20"/>
      </w:pPr>
      <w:r>
        <w:t xml:space="preserve">  다. 출석이 곤란한 부득이한 사유가 있는 경우 ____년 __월 __일까지 아래 연락처로 통지하여 주시기 바랍니다.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0"/>
              </w:rPr>
              <w:t xml:space="preserve"> 담당  </w:t>
            </w:r>
            <w:r>
              <w:rPr>
                <w:sz w:val="20"/>
              </w:rPr>
              <w:t xml:space="preserve">　　　　</w:t>
            </w:r>
            <w:r>
              <w:rPr>
                <w:b/>
                <w:sz w:val="20"/>
              </w:rPr>
              <w:t xml:space="preserve">     (연락처  </w:t>
            </w:r>
            <w:r>
              <w:rPr>
                <w:sz w:val="20"/>
              </w:rPr>
              <w:t xml:space="preserve">　　　　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  <w:jc w:val="center"/>
      </w:pPr>
      <w:r>
        <w:t>____년 __월 __일</w:t>
      </w:r>
    </w:p>
    <w:p>
      <w:pPr>
        <w:spacing w:line="240" w:lineRule="auto" w:after="0"/>
      </w:pPr>
    </w:p>
    <w:p>
      <w:pPr>
        <w:spacing w:line="324" w:lineRule="auto" w:after="20" w:before="120"/>
        <w:jc w:val="center"/>
      </w:pPr>
      <w:r>
        <w:rPr>
          <w:b/>
          <w:sz w:val="25"/>
        </w:rPr>
        <w:t>______________ 징계위원회 위원장 (직인)</w:t>
      </w:r>
    </w:p>
    <w:sectPr w:rsidR="00FC693F" w:rsidRPr="0006063C" w:rsidSect="00034616">
      <w:footerReference w:type="default" r:id="rId9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