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임 금 대 장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__월분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생년월일 :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고용일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    종사 업무 :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근로일수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근로시간 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__시간 (연장 __시간, 야간 __시간, 휴일 __시간)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3. 임금 내역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4649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기본급</w:t>
            </w:r>
          </w:p>
        </w:tc>
        <w:tc>
          <w:tcPr>
            <w:tcW w:type="dxa" w:w="4649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연장근로수당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야간근로수당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휴일근로수당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연차휴가수당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상여금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제수당(내역별)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  <w:tr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임금 총액</w:t>
            </w:r>
          </w:p>
        </w:tc>
        <w:tc>
          <w:tcPr>
            <w:tcW w:type="dxa" w:w="4649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원</w:t>
            </w:r>
          </w:p>
        </w:tc>
      </w:tr>
    </w:tbl>
    <w:p>
      <w:pPr>
        <w:spacing w:line="96" w:lineRule="auto" w:after="40"/>
      </w:pP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공제 내역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근로소득세 　　　원, 4대보험 　　　원, 기타 　　　원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5. 실지급액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원     지급일 : 　　　년 __월 __일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