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연차유급휴가 신청서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9298"/>
            <w:gridSpan w:val="2"/>
            <w:vAlign w:val="center"/>
          </w:tcPr>
          <w:p>
            <w:pPr>
              <w:spacing w:line="276" w:lineRule="auto" w:after="0"/>
            </w:pPr>
            <w:r>
              <w:rPr>
                <w:b/>
                <w:sz w:val="21"/>
              </w:rPr>
              <w:t xml:space="preserve"> 소속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직위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성명  </w:t>
            </w:r>
            <w:r>
              <w:rPr>
                <w:sz w:val="21"/>
              </w:rPr>
              <w:t xml:space="preserve">　　　　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휴가 기간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__일부터 　　　년 __월 __일까지 (총 __일)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휴가 구분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연차휴가 (   ), 반차 - 오전 (   ) / 오후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3. 사유 (기재 임의)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 xml:space="preserve">   ※ 연차휴가는 근로자가 청구한 시기에 부여하는 것이 원칙이며, 사유 기재 의무는 없음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4. 비상 연락처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5. 업무 인수인계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(인수자)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신청인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(서명)</w:t>
            </w:r>
          </w:p>
        </w:tc>
      </w:tr>
    </w:tbl>
    <w:p>
      <w:pPr>
        <w:spacing w:line="120" w:lineRule="auto"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9298"/>
      </w:tblGrid>
      <w:tr>
        <w:tc>
          <w:tcPr>
            <w:tcW w:type="dxa" w:w="9298"/>
          </w:tcPr>
          <w:p>
            <w:pPr>
              <w:spacing w:line="336" w:lineRule="auto"/>
            </w:pPr>
            <w:r>
              <w:t>승인란   팀장 :        대표 :</w:t>
            </w:r>
          </w:p>
          <w:p>
            <w:pPr>
              <w:spacing w:line="336" w:lineRule="auto"/>
            </w:pPr>
            <w:r>
              <w:t>승인일 : ____년 __월 __일</w:t>
            </w:r>
          </w:p>
        </w:tc>
      </w:tr>
    </w:tbl>
    <w:p>
      <w:pPr>
        <w:spacing w:line="96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