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  <w:jc w:val="center"/>
      </w:pPr>
      <w:r>
        <w:rPr>
          <w:b/>
          <w:sz w:val="40"/>
          <w:spacing w:val="40"/>
        </w:rPr>
        <w:t>사 직 서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소속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직위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성명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입사일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년 __월 __일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사직 희망일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년 __월 __일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사직 사유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</w:tbl>
    <w:p>
      <w:pPr>
        <w:spacing w:line="120" w:lineRule="auto" w:after="40"/>
      </w:pPr>
    </w:p>
    <w:p>
      <w:pPr>
        <w:spacing w:line="360" w:lineRule="auto" w:after="40"/>
      </w:pPr>
      <w:r>
        <w:t>______________________________________________</w:t>
      </w:r>
    </w:p>
    <w:p>
      <w:pPr>
        <w:spacing w:line="360" w:lineRule="auto" w:after="40"/>
      </w:pPr>
      <w:r>
        <w:t>______________________________________________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(예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개인 사정, 이직, 건강상 사유 등 실제 사유를 구체적으로 기재)</w:t>
            </w:r>
          </w:p>
        </w:tc>
      </w:tr>
    </w:tbl>
    <w:p>
      <w:pPr>
        <w:spacing w:line="120" w:lineRule="auto" w:after="40"/>
      </w:pPr>
    </w:p>
    <w:p>
      <w:pPr>
        <w:spacing w:line="360" w:lineRule="auto" w:after="40"/>
      </w:pPr>
      <w:r>
        <w:t>위와 같이 본인의 자유로운 의사에 따라 사직하고자 하오니 허가하여 주시기 바랍니다.</w:t>
      </w:r>
    </w:p>
    <w:p>
      <w:pPr>
        <w:spacing w:line="240" w:lineRule="auto" w:after="0"/>
      </w:pPr>
    </w:p>
    <w:p>
      <w:pPr>
        <w:spacing w:line="360" w:lineRule="auto" w:after="40"/>
        <w:jc w:val="center"/>
      </w:pPr>
      <w:r>
        <w:t>____년 __월 __일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신청인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(서명)</w:t>
            </w:r>
          </w:p>
        </w:tc>
      </w:tr>
    </w:tbl>
    <w:p>
      <w:pPr>
        <w:spacing w:line="120" w:lineRule="auto" w:after="40"/>
      </w:pPr>
    </w:p>
    <w:p>
      <w:pPr>
        <w:spacing w:line="360" w:lineRule="auto" w:after="40" w:before="160"/>
      </w:pPr>
      <w:r>
        <w:t>______________ 대표이사 귀하</w:t>
      </w:r>
    </w:p>
    <w:sectPr w:rsidR="00FC693F" w:rsidRPr="0006063C" w:rsidSect="00034616">
      <w:footerReference w:type="default" r:id="rId9"/>
      <w:pgSz w:w="11906" w:h="16838"/>
      <w:pgMar w:top="1247" w:right="1304" w:bottom="1247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  <w:pBdr>
        <w:top w:val="single" w:sz="4" w:space="6" w:color="D0D5DA"/>
      </w:pBdr>
    </w:pPr>
    <w:r>
      <w:rPr>
        <w:b/>
        <w:color w:val="00B893"/>
        <w:sz w:val="19"/>
      </w:rPr>
      <w:t>노무</w:t>
    </w:r>
    <w:r>
      <w:rPr>
        <w:b/>
        <w:color w:val="191919"/>
        <w:sz w:val="19"/>
      </w:rPr>
      <w:t>바나나</w:t>
    </w:r>
    <w:r>
      <w:rPr>
        <w:color w:val="8A8A8A"/>
        <w:sz w:val="15"/>
      </w:rPr>
      <w:t xml:space="preserve">  일과숲 공인노무사사무소 · nomubanana.kr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Batang" w:hAnsi="Batang" w:eastAsia="바탕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