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근 로 자 명 부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작성일 : 　　　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성  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성    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3. 생년월일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주  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5. 이력(최종학력·경력)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6. 종사 업무의 종류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7. 고용일(근로개시일)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8. 고용 갱신일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(기간제인 경우)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9. 계약기간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~ 　　　년 __월 __일 (정한 경우)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10. 그 밖의 고용에 관한 사항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[퇴직 시 기재]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11. 퇴직일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12. 퇴직 사유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13. 금품 청산일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※ 기재 사항에 변경이 있는 경우 지체 없이 정정하여야 함</w:t>
      </w: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