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경 위 서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9298"/>
            <w:gridSpan w:val="2"/>
            <w:vAlign w:val="center"/>
          </w:tcPr>
          <w:p>
            <w:pPr>
              <w:spacing w:line="276" w:lineRule="auto" w:after="0"/>
            </w:pPr>
            <w:r>
              <w:rPr>
                <w:b/>
                <w:sz w:val="21"/>
              </w:rPr>
              <w:t xml:space="preserve"> 소속  </w:t>
            </w:r>
            <w:r>
              <w:rPr>
                <w:sz w:val="21"/>
              </w:rPr>
              <w:t xml:space="preserve">　　　　</w:t>
            </w:r>
            <w:r>
              <w:rPr>
                <w:b/>
                <w:sz w:val="21"/>
              </w:rPr>
              <w:t xml:space="preserve">     직위  </w:t>
            </w:r>
            <w:r>
              <w:rPr>
                <w:sz w:val="21"/>
              </w:rPr>
              <w:t xml:space="preserve">　　　　</w:t>
            </w:r>
            <w:r>
              <w:rPr>
                <w:b/>
                <w:sz w:val="21"/>
              </w:rPr>
              <w:t xml:space="preserve">     성명  </w:t>
            </w:r>
            <w:r>
              <w:rPr>
                <w:sz w:val="21"/>
              </w:rPr>
              <w:t xml:space="preserve">　　　　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1. 발생 일시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 __시경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2. 발생 장소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3. 사건 경위 (구체적으로 기재)</w:t>
      </w:r>
    </w:p>
    <w:p>
      <w:pPr>
        <w:spacing w:line="360" w:lineRule="auto" w:after="40"/>
      </w:pPr>
      <w:r>
        <w:t>______________________________________________</w:t>
      </w:r>
    </w:p>
    <w:p>
      <w:pPr>
        <w:spacing w:line="360" w:lineRule="auto" w:after="40"/>
      </w:pPr>
      <w:r>
        <w:t>______________________________________________</w:t>
      </w:r>
    </w:p>
    <w:p>
      <w:pPr>
        <w:spacing w:line="360" w:lineRule="auto" w:after="40"/>
      </w:pPr>
      <w:r>
        <w:t>______________________________________________</w:t>
      </w:r>
    </w:p>
    <w:p>
      <w:pPr>
        <w:spacing w:line="360" w:lineRule="auto" w:after="40"/>
      </w:pPr>
      <w:r>
        <w:t>______________________________________________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4. 관련자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5. 본인 의견</w:t>
      </w:r>
    </w:p>
    <w:p>
      <w:pPr>
        <w:spacing w:line="360" w:lineRule="auto" w:after="40"/>
      </w:pPr>
      <w:r>
        <w:t>______________________________________________</w:t>
      </w:r>
    </w:p>
    <w:p>
      <w:pPr>
        <w:spacing w:line="360" w:lineRule="auto" w:after="40"/>
      </w:pPr>
      <w:r>
        <w:t>______________________________________________</w:t>
      </w:r>
    </w:p>
    <w:p>
      <w:pPr>
        <w:spacing w:line="240" w:lineRule="auto" w:after="0"/>
      </w:pPr>
    </w:p>
    <w:p>
      <w:pPr>
        <w:spacing w:line="360" w:lineRule="auto" w:after="40"/>
      </w:pPr>
      <w:r>
        <w:t>위 내용은 사실과 다름없음을 확인합니다.</w:t>
      </w:r>
    </w:p>
    <w:p>
      <w:pPr>
        <w:spacing w:line="240" w:lineRule="auto" w:after="0"/>
      </w:pPr>
    </w:p>
    <w:p>
      <w:pPr>
        <w:spacing w:line="360" w:lineRule="auto" w:after="40"/>
        <w:jc w:val="center"/>
      </w:pPr>
      <w:r>
        <w:t>____년 __월 __일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작성자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(서명)</w:t>
            </w:r>
          </w:p>
        </w:tc>
      </w:tr>
    </w:tbl>
    <w:p>
      <w:pPr>
        <w:spacing w:line="120" w:lineRule="auto" w:after="40"/>
      </w:pP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