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600"/>
        <w:jc w:val="center"/>
      </w:pPr>
      <w:r>
        <w:rPr>
          <w:rFonts w:ascii="Batang" w:hAnsi="Batang" w:eastAsia="바탕"/>
          <w:b/>
          <w:sz w:val="48"/>
          <w:spacing w:val="60"/>
        </w:rPr>
        <w:t>경  력  증  명  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rHeight w:val="567" w:hRule="atLeast"/>
        </w:trPr>
        <w:tc>
          <w:tcPr>
            <w:tcW w:type="dxa" w:w="680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인적</w:t>
              <w:br/>
              <w:t>사항</w:t>
            </w:r>
          </w:p>
        </w:tc>
        <w:tc>
          <w:tcPr>
            <w:tcW w:type="dxa" w:w="1247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① 성 명</w:t>
            </w:r>
          </w:p>
        </w:tc>
        <w:tc>
          <w:tcPr>
            <w:tcW w:type="dxa" w:w="79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0"/>
              </w:rPr>
              <w:t>한글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  <w:tc>
          <w:tcPr>
            <w:tcW w:type="dxa" w:w="1474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② 생년월일</w:t>
            </w:r>
          </w:p>
        </w:tc>
        <w:tc>
          <w:tcPr>
            <w:tcW w:type="dxa" w:w="2268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1247"/>
            <w:vMerge/>
          </w:tcPr>
          <w:p/>
        </w:tc>
        <w:tc>
          <w:tcPr>
            <w:tcW w:type="dxa" w:w="79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0"/>
              </w:rPr>
              <w:t>한자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  <w:tc>
          <w:tcPr>
            <w:tcW w:type="dxa" w:w="1474"/>
            <w:vMerge/>
          </w:tcPr>
          <w:p/>
        </w:tc>
        <w:tc>
          <w:tcPr>
            <w:tcW w:type="dxa" w:w="2268"/>
            <w:vMerge/>
          </w:tcPr>
          <w:p/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③ 주 소</w:t>
            </w:r>
          </w:p>
        </w:tc>
        <w:tc>
          <w:tcPr>
            <w:tcW w:type="dxa" w:w="6803"/>
            <w:gridSpan w:val="3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재직</w:t>
              <w:br/>
              <w:t>사항</w:t>
            </w:r>
          </w:p>
        </w:tc>
        <w:tc>
          <w:tcPr>
            <w:tcW w:type="dxa" w:w="2041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④ 소 속</w:t>
            </w:r>
          </w:p>
        </w:tc>
        <w:tc>
          <w:tcPr>
            <w:tcW w:type="dxa" w:w="6803"/>
            <w:gridSpan w:val="3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⑤ 직위ㆍ직급</w:t>
            </w:r>
          </w:p>
        </w:tc>
        <w:tc>
          <w:tcPr>
            <w:tcW w:type="dxa" w:w="6803"/>
            <w:gridSpan w:val="3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⑥ 기 간</w:t>
            </w:r>
          </w:p>
        </w:tc>
        <w:tc>
          <w:tcPr>
            <w:tcW w:type="dxa" w:w="4535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 xml:space="preserve">        .          .          .     부터</w:t>
            </w:r>
          </w:p>
        </w:tc>
        <w:tc>
          <w:tcPr>
            <w:tcW w:type="dxa" w:w="2268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(       년       월)</w:t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Merge/>
          </w:tcPr>
          <w:p/>
        </w:tc>
        <w:tc>
          <w:tcPr>
            <w:tcW w:type="dxa" w:w="4535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 xml:space="preserve">        .          .          .     까지</w:t>
            </w:r>
          </w:p>
        </w:tc>
        <w:tc>
          <w:tcPr>
            <w:tcW w:type="dxa" w:w="2268"/>
            <w:vMerge/>
          </w:tcPr>
          <w:p/>
        </w:tc>
      </w:tr>
      <w:tr>
        <w:trPr>
          <w:trHeight w:val="567" w:hRule="atLeast"/>
          <w:trHeight w:val="623" w:hRule="atLeast"/>
        </w:trPr>
        <w:tc>
          <w:tcPr>
            <w:tcW w:type="dxa" w:w="9524"/>
            <w:gridSpan w:val="6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1"/>
              </w:rPr>
              <w:t xml:space="preserve"> ⑦ 용 도</w:t>
            </w:r>
          </w:p>
        </w:tc>
      </w:tr>
    </w:tbl>
    <w:p>
      <w:pPr>
        <w:spacing w:before="800" w:after="0"/>
        <w:ind w:left="170"/>
      </w:pPr>
      <w:r>
        <w:rPr>
          <w:rFonts w:ascii="Batang" w:hAnsi="Batang" w:eastAsia="바탕"/>
          <w:b w:val="0"/>
          <w:sz w:val="26"/>
        </w:rPr>
        <w:t>위와 같이 근무하였음을 증명합니다.</w:t>
      </w:r>
    </w:p>
    <w:p>
      <w:pPr>
        <w:spacing w:before="800" w:after="0"/>
        <w:ind w:right="680"/>
        <w:jc w:val="right"/>
      </w:pPr>
      <w:r>
        <w:rPr>
          <w:rFonts w:ascii="Batang" w:hAnsi="Batang" w:eastAsia="바탕"/>
          <w:b w:val="0"/>
          <w:sz w:val="24"/>
        </w:rPr>
        <w:t>년        월        일</w:t>
      </w:r>
    </w:p>
    <w:tbl>
      <w:tblPr>
        <w:tblpPr w:leftFromText="180" w:rightFromText="180" w:vertAnchor="page" w:horzAnchor="margin" w:tblpXSpec="center" w:tblpY="13500"/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9"/>
        <w:gridCol w:w="4819"/>
      </w:tblGrid>
      <w:tr>
        <w:tc>
          <w:tcPr>
            <w:tcW w:type="dxa" w:w="9524"/>
            <w:gridSpan w:val="2"/>
          </w:tcPr>
          <w:p>
            <w:pPr>
              <w:spacing w:after="160"/>
              <w:jc w:val="center"/>
            </w:pPr>
            <w:r>
              <w:rPr>
                <w:rFonts w:ascii="Batang" w:hAnsi="Batang" w:eastAsia="바탕"/>
                <w:b/>
                <w:sz w:val="30"/>
                <w:spacing w:val="30"/>
              </w:rPr>
              <w:t>주식회사 ○○○○</w:t>
            </w:r>
          </w:p>
        </w:tc>
      </w:tr>
      <w:tr>
        <w:tc>
          <w:tcPr>
            <w:tcW w:type="dxa" w:w="9524"/>
            <w:gridSpan w:val="2"/>
          </w:tcPr>
          <w:p>
            <w:pPr>
              <w:spacing w:after="400"/>
              <w:jc w:val="center"/>
            </w:pPr>
            <w:r>
              <w:rPr>
                <w:rFonts w:ascii="Batang" w:hAnsi="Batang" w:eastAsia="바탕"/>
                <w:b/>
                <w:sz w:val="30"/>
                <w:spacing w:val="30"/>
              </w:rPr>
              <w:t>대표이사   ○  ○  ○   (직인)</w:t>
            </w:r>
          </w:p>
        </w:tc>
      </w:tr>
      <w:tr>
        <w:tc>
          <w:tcPr>
            <w:tcW w:type="dxa" w:w="4762"/>
            <w:tcBorders>
              <w:top w:val="single" w:sz="4" w:color="000000"/>
            </w:tcBorders>
          </w:tcPr>
          <w:p>
            <w:pPr>
              <w:spacing w:before="240" w:after="120"/>
            </w:pPr>
            <w:r>
              <w:rPr>
                <w:rFonts w:ascii="Batang" w:hAnsi="Batang" w:eastAsia="바탕"/>
                <w:b w:val="0"/>
                <w:sz w:val="20"/>
              </w:rPr>
              <w:t>회사 주소 :</w:t>
            </w:r>
          </w:p>
        </w:tc>
        <w:tc>
          <w:tcPr>
            <w:tcW w:type="dxa" w:w="4762"/>
            <w:tcBorders>
              <w:top w:val="single" w:sz="4" w:color="000000"/>
            </w:tcBorders>
          </w:tcPr>
          <w:p>
            <w:pPr>
              <w:spacing w:before="240" w:after="120"/>
            </w:pPr>
            <w:r>
              <w:rPr>
                <w:rFonts w:ascii="Batang" w:hAnsi="Batang" w:eastAsia="바탕"/>
                <w:b w:val="0"/>
                <w:sz w:val="20"/>
              </w:rPr>
              <w:t>전화 :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247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